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🧰 ארגז כלים לספרות בחט״ב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ארגז כלים לספרות בחט״ב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ולנתח את מבנה העלילה, סוגי הדמויות והאמצעים האומנותיים ביצירה נתונה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להסביר לא רק מה קיים בטקסט אלא איזו תחושה, תמונה או רעיון הוא יוצר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שש היצירות הנלמדות ואת מאפייני הז'אנרים שלהן (סיפור קצר, מדרש, קומדיה, שיר)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כתיבה יוצרת ומענה על שאלות פתוחות בהתבסס על הכלים שנלמדו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2 · סוגי דמויות ומחסן תכונות – זיהוי ומושגי יסוד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ראשית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שטוחה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ישיר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2 · סוגי דמויות ומחסן תכונות – התאמה והשלמה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(העלילה סובבת סביבה)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(מורכבת, בעלת כמה תכונות וסתירות פנימיות)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(משתנה במהלך הסיפור)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(המספר אומר במפורש איך הדמות)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2 · סוגי דמויות ומחסן תכונות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ראשית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תכונות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2 · סוגי דמויות ומחסן תכונות – ניתוח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לדוגמה: תאוותן, חשדן, קמצן, אובססיבי לכסף.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3 · אמצעים אומנותיים – זיהוי בסיסי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האנשה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דימוי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מטאפורה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3 · אמצעים אומנותיים – השלמה והתאמה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האנשה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דימוי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3 · אמצעים אומנותיים – התאמת 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(השוואה במילים כמו / כ־)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(נתינת תכונה אנושית לדבר שאינו אדם)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(השוואה בלי מילת השוואה)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(מילה או ביטוי שחוזרים כמה פעמים)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3 · אמצעים אומנותיים – הסבר ויצירה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מטאפורה; יוצרת תחושה של ביטחון וחום, כאילו הספרייה מגנה מפני קשיי החיים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4 · הומור וקומדיה – ארגז הצחוק – מושגי יסוד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בקומדיה כמו המחזה של מולייר הצחוק חושף גם חולשות אנושיות וחברתיות – זאת סאטירה.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מולייר כתב את מחזותיו, ביים אותם והעלה אותם בפריז של המאה ה-17, ולעיתים שיחק בהם בעצמו.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הרפגון הוא קמצן קיצוני: מרעיב את משרתיו וסוסיו וקבר אוצר בגן.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4 · הומור וקומדיה – ארגז הצחוק – מזהים אמצעים קומיים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הגזמה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ניגוד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4 · הומור וקומדיה – ארגז הצחוק – מצחוק לסאטירה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צחוק לשם צחוק נועד רק לבדר, ואילו סאטירה משתמשת בצחוק כדי לבקר תופעה או התנהגות בחברה.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5 · יישום ביצירות: המחרוזת, בת רבי עקיבא והנחש, הקמצן – הבנת היצירות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על חיי עושר ופאר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מגברת פורסטייה, חברתה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5 · יישום ביצירות: המחרוזת, בת רבי עקיבא והנחש, הקמצן – נכון/לא נכון והשלמה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היא ניצלה כי נתנה צדקה לעני בליל חתונתה, מבלי לדעת שהנחש בעין הקיר.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מתואר במחזה – זהו האוצר שהוא חושש לאבדו.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5 · יישום ביצירות: המחרוזת, בת רבי עקיבא והנחש, הקמצן – דמויות וסמלים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עשר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צדקה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5 · יישום ביצירות: המחרוזת, בת רבי עקיבא והנחש, הקמצן – התאמה וסדר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(חולמת על חיי פאר ועושר)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(קמצן קיצוני החושד בכולם)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(נתנה את מנתה לעני ביום חתונתה)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(נכנס לבית הרפגון כמנהל משק הבית כדי להיות קרוב לאליז)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6 · שירים, סיכום וכתיבה יוצרת – הכרות עם היצירות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אמנון שמוש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שלושה יוצרים שונים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6 · שירים, סיכום וכתיבה יוצרת – עובדות ומושגים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מצוין באתר לצד שמה.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מדובר בשני יוצרים שונים שכתבו שירים בנושא התחדשות וזמן מחזורי.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פרק 6 · שירים, סיכום וכתיבה יוצרת – השלמות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אמנון שמוש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אהוד מנור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פרק 6 · שירים, סיכום וכתיבה יוצרת – התאמת 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(השוואה עם מילת "כמו" או "כ־")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(תיאור דומם או בעל חיים בתכונות אדם)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(השוואה בלי מילת דימוי)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(מילה או צירוף שחוזרים כמה פעמים)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כ׳ – חזרה מסכמת – שאלות סגורות על כל הפרקים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הרגע שבו העלילה משתנה לכיוון חדש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סטטית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מטאפורה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תלמיד/ה מצליח/ה לציין את חמשת השלבים לפי סדר ולנמק מדוע רגע מסוים הוא נקודת המפנה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תלמיד/ה מביא/ה ציטוט או דוגמה קצרה מהטקסט כהוכחה לכל אחד משלושת הצירים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תלמיד/ה מצטט את האמצעי בקצרה (עד 8 מילים) ומסביר/ה את התחושה או התמונה שהוא יוצר, לא רק את שמו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לפזר את שישה הפרקים על פני כמה שיעורים: שני פרקי 'ארגז הכלים' (מבנה ודמויות) בשיעור אחד, אמצעים אומנותיים בשיעור נפרד, והיצירות בהמשך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בכיתות חנ״מ כדאי להקריא את ההוראות ולהציג מחסן מילים בולט לפני כל תרגיל, בדומה למבנה שמופיע במבחנים המותאמים באתר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עולים אפשר להתמקד תחילה בזיהוי פשוט (בחירה מתוך אפשרויות) ולדחות את משימות הניסוח החופשי לשלב מאוחר יותר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לשלב את כרטיסי היציאה בסוף כל פרק כהערכה מעצבת לפני המעבר לפרק הבא, ולחזור אליהם לקראת מבחן מסכם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🧰 ארגז כלים לספרות בחט״ב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ארגז כלים לספרות בחט״ב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בחוברת הזו תעברו פרק אחר פרק על כל הכלים שלמדתם: מבנה הסיפור, סוגי הדמויות, האמצעים האומנותיים וההומור. בכל פרק יש הסבר קצר, דוגמאות ותרגילים – פתרו לפי הסדר, ובדקו את עצמכם בעזרת כרטיסי היציאה בסוף כל פרק.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צדקה  ·  דימוי  ·  האנשה  ·  תכונות  ·  אהוד מנור  ·  ראשית  ·  אמנון שמוש  ·  עשר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פרק 2 · סוגי דמויות ומחסן תכונות – זיהוי ומושגי יסוד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דמות שהעלילה סובבת סביבה ושהיא במרכז הסיפור נקראת דמות…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משנית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ראשית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שטוחה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דמות המאופיינת בתכונה אחת בולטת בלבד, ללא עומק נוסף, נקראת דמות…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עגולה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דינמית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שטוחה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כאשר המספר אומר במפורש "הוא היה קמצן", זהו אפיון…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עקיף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ישיר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דינמי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פרק 2 · סוגי דמויות ומחסן תכונות – התאמה והשלמה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דמות ראשית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מורכבת, בעלת כמה תכונות וסתירות פנימיות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דמות עגולה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המספר אומר במפורש איך הדמות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דמות דינמית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העלילה סובבת סביבה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אפיון ישיר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משתנה במהלך הסיפור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פרק 2 · סוגי דמויות ומחסן תכונות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מטילדה מ"המחרוזת" היא דמות __________ כי העלילה כולה סובבת סביבה.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במקום לכתוב שדמות "נחמדה", כדאי להשתמש במילה מדויקת יותר ממחסן ה__________.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פרק 2 · סוגי דמויות ומחסן תכונות – ניתוח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שלוש תכונות ממחסן תכונות עשיר שיכולות להחליף את המילה "רע" כשמתארים דמות קמצנית כמו הרפגון.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פרק 3 · אמצעים אומנותיים – זיהוי בסיסי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"השמש הציצה בביישנות מאחורי העננים" – איזה אמצעי אומנותי יש כאן?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האנשה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דימוי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חזרה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"הקול שלו רעם כמו תוף ענק" – איזה אמצעי אומנותי יש כאן?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סמל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דימוי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מטאפורה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"אחי הקטן הוא סופת טורנדו בנעלי בית" – איזה אמצעי אומנותי יש כאן?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דימוי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ניגוד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מטאפורה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פרק 3 · אמצעים אומנותיים – השלמה והתאמה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במשפט "העננים בכו כל הלילה" יש אמצעי בשם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במשפט "היא שקטה כמו עכבר" יש אמצעי בשם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7  חלק ז׳ – פרק 3 · אמצעים אומנותיים – התאמת 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דימוי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השוואה בלי מילת השוואה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האנשה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מילה או ביטוי שחוזרים כמה פעמים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מטאפורה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נתינת תכונה אנושית לדבר שאינו אדם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חזרה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השוואה במילים כמו / כ־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8  חלק ח׳ – פרק 3 · אמצעים אומנותיים – הסבר ויצירה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"הספרייה הייתה מקלט חם מפני העולם" – זהו דימוי או מטאפורה? ומה הוא מוסיף לתיאור הספרייה?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9  חלק ט׳ – פרק 4 · הומור וקומדיה – ארגז הצחוק – מושגי יסוד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קומדיה מטרתה תמיד רק לגרום לצחוק, ואין בה שום ביקורת על החברה.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מולייר היה מחזאי צרפתי שגם כתב, ביים ושיחק במחזותיו.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הרפגון, גיבור המחזה 'הקמצן', הוא אדם נדיב שמפזר את כספו בלי חשבון.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10  חלק י׳ – פרק 4 · הומור וקומדיה – ארגז הצחוק – מזהים אמצעים קומיים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"הרפגון סופר את מטבעות הזהב שלו שבע פעמים ביום, כדי לוודא שאף מטבע לא נגנב." באיזה אמצעי קומי מדובר?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הגזמה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משחק מילים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ניגוד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בסצנה אחת מופיעות זו לצד זו דמות קמצנית מאוד ודמות בזבזנית מאוד. איזה אמצעי קומי יוצר כאן את ההומור?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ניגוד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חזרה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משחק מילים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11  חלק י״א – פרק 4 · הומור וקומדיה – ארגז הצחוק – מצחוק לסאטירה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הסבירו במשפט אחד מה ההבדל בין צחוק לשם צחוק לבין סאטירה.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12  חלק י״ב – פרק 5 · יישום ביצירות: המחרוזת, בת רבי עקיבא והנחש, הקמצן – הבנת היצירות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על מה חלמה מטילדה בתחילת הסיפור?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על חיי עושר ופאר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על לגור בכפר שקט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על להיות מורה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ממי ביקשה מטילדה את המחרוזת לנשף?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מאמה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מגברת פורסטייה, חברתה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מבעלה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13  חלק י״ג – פרק 5 · יישום ביצירות: המחרוזת, בת רבי עקיבא והנחש, הקמצן – נכון/לא נכון והשלמה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בת רבי עקיבא ניצלה בזכות כישוף שהגן עליה מהנחש.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הרפגון קבר בגן תיבה ובה עשרת אלפים מטבעות זהב.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14  חלק י״ד – פרק 5 · יישום ביצירות: המחרוזת, בת רבי עקיבא והנחש, הקמצן – דמויות וסמלים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מטילדה ובעלה עבדו __________ שנים כדי להחזיר את החוב על המחרוזת.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רבי עקיבא אמר לבתו שה__________ מצילה ממוות.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15  חלק ט״ו – פרק 5 · יישום ביצירות: המחרוזת, בת רבי עקיבא והנחש, הקמצן – התאמה וסדר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מטילדה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קמצן קיצוני החושד בכולם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הרפגון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נתנה את מנתה לעני ביום חתונתה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בת רבי עקיבא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נכנס לבית הרפגון כמנהל משק הבית כדי להיות קרוב לאליז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ואלר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חולמת על חיי פאר ועושר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16  חלק ט״ז – פרק 6 · שירים, סיכום וכתיבה יוצרת – הכרות עם היצירות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מי כתב את השיר "וידוי הגדול"?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אמנון שמוש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לאה גולדברג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נעמי שמר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שירי ההתחדשות וזמן מחזורי באתר מובאים מתוך יצירתם של…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משורר אחד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שלושה יוצרים שונים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מולייר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17  חלק י״ז – פרק 6 · שירים, סיכום וכתיבה יוצרת – עובדות ומושגים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לאה גולדברג חיה בשנים 1911–1970.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אהוד מנור ונעמי שמר הם אותו היוצר עצמו.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18  חלק י״ח – פרק 6 · שירים, סיכום וכתיבה יוצרת – השלמות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את השיר "וידוי הגדול" כתב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שלושת היוצרים של שירי ההתחדשות הם לאה גולדברג, נעמי שמר ו__________.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19  חלק י״ט – פרק 6 · שירים, סיכום וכתיבה יוצרת – התאמת 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דימוי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תיאור דומם או בעל חיים בתכונות אדם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האנשה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מילה או צירוף שחוזרים כמה פעמים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מטאפורה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השוואה עם מילת "כמו" או "כ־"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חזרה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השוואה בלי מילת דימוי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20  חלק כ׳ – חזרה מסכמת – שאלות סגורות על כל הפרקים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מהי נקודת המפנה בהר הסיפור?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תחילת הסיפור השקטה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הרגע שבו העלילה משתנה לכיוון חדש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תיאור הדמויות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דמות שלא משתנה מתחילת הסיפור ועד סופו נקראת: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דינמית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שטוחה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סטטית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"הלב שלו היה סלע קר" – איזה אמצעי אומנותי יש כאן?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דימוי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מטאפורה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חזרה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האם אני יודע/ת לזהות את חמשת שלבי העלילה ואת נקודת המפנה בסיפור שקראתי?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האם אני יכול/ה למיין דמות לפי שלושת הצירים (ראשית/משנית, עגולה/שטוחה, דינמית/סטטית) ולהוכיח זאת מהטקסט?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ארגז כלים לספרות בחט״ב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